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</w:rPr>
        <w:t>АКТ № 2026-019</w:t>
      </w:r>
    </w:p>
    <w:p>
      <w:r>
        <w:t>сдачи-приёмки оказанных услуг</w:t>
      </w:r>
    </w:p>
    <w:p/>
    <w:p>
      <w:pPr>
        <w:tabs>
          <w:tab w:pos="9638" w:val="right"/>
        </w:tabs>
      </w:pPr>
      <w:r>
        <w:t>г. Калуга</w:t>
      </w:r>
      <w:r>
        <w:tab/>
        <w:t>30 апреля 2026 г.</w:t>
      </w:r>
    </w:p>
    <w:p/>
    <w:p>
      <w:pPr>
        <w:jc w:val="both"/>
      </w:pPr>
      <w:r>
        <w:t>Исполнитель: ИП Громов Сергей Анатольевич (ИНН 400000000004), действующий на основании ОГРНИП</w:t>
      </w:r>
    </w:p>
    <w:p>
      <w:r>
        <w:t>Заказчик: ООО «Прима-Офис» (ИНН 4000000002), в лице директора Кузнецова А.П.</w:t>
      </w:r>
    </w:p>
    <w:p/>
    <w:p>
      <w:pPr>
        <w:jc w:val="both"/>
      </w:pPr>
      <w:r>
        <w:t>Составили настоящий Акт о том, что Исполнитель оказал, а Заказчик принял следующие услуги по договору № 19/2026 от 02.02.2026:</w:t>
      </w:r>
    </w:p>
    <w:p/>
    <w:p>
      <w:pPr>
        <w:jc w:val="both"/>
      </w:pPr>
      <w:r>
        <w:t>1. Техническое обслуживание системы вентиляции (апрель 2026) — 1 шт. — 38 500,00 руб.</w:t>
      </w:r>
    </w:p>
    <w:p>
      <w:r>
        <w:t>2. Замена фильтров приточной установки — 4 шт. — 9 800,00 руб.</w:t>
      </w:r>
    </w:p>
    <w:p>
      <w:r>
        <w:t>3. Диагностика кондиционеров переговорных — 3 шт. — 7 200,00 руб.</w:t>
      </w:r>
    </w:p>
    <w:p/>
    <w:p>
      <w:pPr>
        <w:jc w:val="both"/>
      </w:pPr>
      <w:r>
        <w:t>Итого оказано услуг на сумму: 55 500,00 (Пятьдесят восемь тысяч пятьсот) рублей 00 копеек, НДС не облагается (патент).</w:t>
      </w:r>
    </w:p>
    <w:p/>
    <w:p>
      <w:pPr>
        <w:jc w:val="both"/>
      </w:pPr>
      <w:r>
        <w:t>Услуги оказаны в полном объёме. Заказчик претензий по объёму, качеству и срокам оказания услуг не имеет.</w:t>
      </w:r>
    </w:p>
    <w:p/>
    <w:p>
      <w:r>
        <w:t>Исполнитель: ____________ / Громов С.А. /</w:t>
      </w:r>
    </w:p>
    <w:p>
      <w:r>
        <w:t>Заказчик: ____________ / Кузнецов А.П. /</w:t>
      </w:r>
    </w:p>
    <w:p/>
    <w:sectPr w:rsidR="00FC693F" w:rsidRPr="0006063C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