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ООО «Прима-Офис»</w:t>
      </w:r>
    </w:p>
    <w:p/>
    <w:p>
      <w:pPr>
        <w:jc w:val="center"/>
      </w:pPr>
      <w:r>
        <w:rPr>
          <w:b/>
        </w:rPr>
        <w:t>УВЕДОМЛЕНИЕ</w:t>
      </w:r>
    </w:p>
    <w:p>
      <w:r>
        <w:t>об изменении режима рабочего времени</w:t>
      </w:r>
    </w:p>
    <w:p/>
    <w:p>
      <w:pPr>
        <w:tabs>
          <w:tab w:pos="9638" w:val="right"/>
        </w:tabs>
      </w:pPr>
      <w:r>
        <w:t>г. Калуга</w:t>
      </w:r>
      <w:r>
        <w:tab/>
        <w:t>[ДАТА УВЕДОМЛЕНИЯ]</w:t>
      </w:r>
    </w:p>
    <w:p/>
    <w:p>
      <w:r>
        <w:t>Уважаемый(ая) [ИМЯ ОТЧЕСТВО]!</w:t>
      </w:r>
    </w:p>
    <w:p/>
    <w:p>
      <w:pPr>
        <w:jc w:val="both"/>
      </w:pPr>
      <w:r>
        <w:t>В соответствии со статьёй 74 Трудового кодекса Российской Федерации уведомляем Вас о том, что в связи с переездом офиса Компании по новому адресу (г. Калуга, ул. Театральная, д. 25) с [ДАТА ИЗМЕНЕНИЯ] изменяется режим рабочего времени для работников подразделения «[ПОДРАЗДЕЛЕНИЕ]».</w:t>
      </w:r>
    </w:p>
    <w:p/>
    <w:p>
      <w:r>
        <w:t>Новый режим рабочего времени:</w:t>
      </w:r>
    </w:p>
    <w:p>
      <w:r>
        <w:t>— начало рабочего дня: [НАЧАЛО ДНЯ];</w:t>
      </w:r>
    </w:p>
    <w:p>
      <w:r>
        <w:t>— окончание рабочего дня: [КОНЕЦ ДНЯ];</w:t>
      </w:r>
    </w:p>
    <w:p>
      <w:r>
        <w:t>— перерыв на обед: 13:00–14:00.</w:t>
      </w:r>
    </w:p>
    <w:p/>
    <w:p>
      <w:pPr>
        <w:jc w:val="both"/>
      </w:pPr>
      <w:r>
        <w:t>Ваша должность ([ДОЛЖНОСТЬ]), размер заработной платы и иные условия трудового договора остаются без изменений.</w:t>
      </w:r>
    </w:p>
    <w:p/>
    <w:p>
      <w:pPr>
        <w:jc w:val="both"/>
      </w:pPr>
      <w:r>
        <w:t>В случае несогласия продолжить работу в новых условиях Вам будут предложены имеющиеся вакантные должности, соответствующие Вашей квалификации.</w:t>
      </w:r>
    </w:p>
    <w:p/>
    <w:p>
      <w:pPr>
        <w:jc w:val="both"/>
      </w:pPr>
      <w:r>
        <w:t>Просим выразить своё согласие либо несогласие с продолжением работы в новых условиях до [СРОК ОТВЕТА].</w:t>
      </w:r>
    </w:p>
    <w:p/>
    <w:p>
      <w:r>
        <w:t>Директор ООО «Прима-Офис» ____________ / Кузнецов А.П. /</w:t>
      </w:r>
    </w:p>
    <w:p/>
    <w:p>
      <w:r>
        <w:t>С уведомлением ознакомлен(а):</w:t>
      </w:r>
    </w:p>
    <w:p>
      <w:pPr>
        <w:tabs>
          <w:tab w:pos="9638" w:val="right"/>
        </w:tabs>
      </w:pPr>
      <w:r>
        <w:t>____________ / [ФАМИЛИЯ И. О.] /</w:t>
      </w:r>
      <w:r>
        <w:tab/>
        <w:t>«___» ___________ 2026 г.</w:t>
      </w:r>
    </w:p>
    <w:p/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